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CONTRATO DE ALQUILER DE BICICLETA</w:t>
      </w:r>
    </w:p>
    <w:p>
      <w:pPr>
        <w:jc w:val="center"/>
      </w:pPr>
      <w:r>
        <w:rPr>
          <w:b w:val="0"/>
          <w:color w:val="5F6B7A"/>
          <w:sz w:val="18"/>
        </w:rPr>
        <w:t>Modelo orientativo de GestorTPV (gestortpv.com/guias/contrato-alquiler-bicicletas/). Revísalo con tu asesoría y adáptalo a tu negocio, a tus tarifas y a tu seguro antes de usarlo.</w:t>
      </w:r>
    </w:p>
    <w:p>
      <w:r>
        <w:rPr>
          <w:b w:val="0"/>
        </w:rPr>
        <w:t>En ________________________, a ________________________.</w:t>
      </w:r>
    </w:p>
    <w:p>
      <w:r>
        <w:rPr>
          <w:b/>
        </w:rPr>
        <w:t>1. Las partes</w:t>
      </w:r>
    </w:p>
    <w:p>
      <w:r>
        <w:rPr>
          <w:b w:val="0"/>
        </w:rPr>
        <w:t>El arrendador: ________________________ (nombre o razón social), con NIF ________________________ y domicilio en ________________________.</w:t>
      </w:r>
    </w:p>
    <w:p>
      <w:r>
        <w:rPr>
          <w:b w:val="0"/>
        </w:rPr>
        <w:t>El arrendatario: ________________________, con DNI, NIE o pasaporte ________________________, teléfono ________________________ y correo ________________________. Dirección o alojamiento durante el alquiler: ________________________.</w:t>
      </w:r>
    </w:p>
    <w:p>
      <w:r>
        <w:rPr>
          <w:b/>
        </w:rPr>
        <w:t>2. Lo que se alquila</w:t>
      </w:r>
    </w:p>
    <w:p>
      <w:r>
        <w:rPr>
          <w:b w:val="0"/>
        </w:rPr>
        <w:t>Bicicleta o bicicletas (número, tipo, talla y estado al entregarla):</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Número</w:t>
            </w:r>
          </w:p>
        </w:tc>
        <w:tc>
          <w:tcPr>
            <w:tcW w:type="dxa" w:w="2160"/>
          </w:tcPr>
          <w:p>
            <w:r>
              <w:rPr>
                <w:b/>
              </w:rPr>
              <w:t>Tipo y talla</w:t>
            </w:r>
          </w:p>
        </w:tc>
        <w:tc>
          <w:tcPr>
            <w:tcW w:type="dxa" w:w="2160"/>
          </w:tcPr>
          <w:p>
            <w:r>
              <w:rPr>
                <w:b/>
              </w:rPr>
              <w:t>Accesorios (casco, candado, luces…)</w:t>
            </w:r>
          </w:p>
        </w:tc>
        <w:tc>
          <w:tcPr>
            <w:tcW w:type="dxa" w:w="2160"/>
          </w:tcPr>
          <w:p>
            <w:r>
              <w:rPr>
                <w:b/>
              </w:rPr>
              <w:t>Estado al entregarla</w:t>
            </w: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bl>
    <w:p>
      <w:r>
        <w:rPr>
          <w:b/>
        </w:rPr>
        <w:t>3. Duración y devolución</w:t>
      </w:r>
    </w:p>
    <w:p>
      <w:r>
        <w:rPr>
          <w:b w:val="0"/>
        </w:rPr>
        <w:t>Desde el ________________________ a las ________________________ hasta el ________________________ a las ________________________.</w:t>
      </w:r>
    </w:p>
    <w:p>
      <w:r>
        <w:rPr>
          <w:b w:val="0"/>
        </w:rPr>
        <w:t>Se devuelve en ________________________, dentro del horario del establecimiento. Cada hora o día de retraso se cobra según la tarifa vigente, expuesta en el establecimiento.</w:t>
      </w:r>
    </w:p>
    <w:p>
      <w:r>
        <w:rPr>
          <w:b/>
        </w:rPr>
        <w:t>4. Precio y fianza</w:t>
      </w:r>
    </w:p>
    <w:p>
      <w:r>
        <w:rPr>
          <w:b w:val="0"/>
        </w:rPr>
        <w:t>Precio del alquiler: ________________________ €, IVA incluido.</w:t>
      </w:r>
    </w:p>
    <w:p>
      <w:r>
        <w:rPr>
          <w:b w:val="0"/>
        </w:rPr>
        <w:t>Fianza: ________________________ €, en efectivo / con tarjeta (táchese lo que no proceda). Se devuelve al entregar la bicicleta en el estado en que se recibió, descontando, en su caso, los daños, la pérdida de accesorios o el retraso, según la tarifa vigente.</w:t>
      </w:r>
    </w:p>
    <w:p>
      <w:r>
        <w:rPr>
          <w:b/>
        </w:rPr>
        <w:t>5. Estado de la bicicleta</w:t>
      </w:r>
    </w:p>
    <w:p>
      <w:r>
        <w:rPr>
          <w:b w:val="0"/>
        </w:rPr>
        <w:t>El arrendatario la recibe en buen estado de funcionamiento, después de revisarla con el arrendador. Los daños que ya tuviera se apuntan en la tabla de la cláusula 2.</w:t>
      </w:r>
    </w:p>
    <w:p>
      <w:r>
        <w:rPr>
          <w:b/>
        </w:rPr>
        <w:t>6. Uso</w:t>
      </w:r>
    </w:p>
    <w:p>
      <w:r>
        <w:rPr>
          <w:b w:val="0"/>
        </w:rPr>
        <w:t>El arrendatario usará la bicicleta con cuidado y cumpliendo las normas de tráfico, y responde de las multas que se le impongan durante el alquiler.</w:t>
      </w:r>
    </w:p>
    <w:p>
      <w:r>
        <w:rPr>
          <w:b w:val="0"/>
        </w:rPr>
        <w:t>El casco es obligatorio para los menores de 16 años y, en las vías interurbanas, para todos, con las excepciones que fija el Reglamento General de Circulación (artículo 47 de la Ley sobre Tráfico).</w:t>
      </w:r>
    </w:p>
    <w:p>
      <w:r>
        <w:rPr>
          <w:b w:val="0"/>
        </w:rPr>
        <w:t>No se puede ceder ni subarrendar la bicicleta, ni usarla en competiciones ni para fines distintos de los acordados.</w:t>
      </w:r>
    </w:p>
    <w:p>
      <w:r>
        <w:rPr>
          <w:b/>
        </w:rPr>
        <w:t>7. Robo, pérdida y daños</w:t>
      </w:r>
    </w:p>
    <w:p>
      <w:r>
        <w:rPr>
          <w:b w:val="0"/>
        </w:rPr>
        <w:t>Cuando la deje aparcada, el arrendatario la atará con el candado entregado. En caso de robo, lo denunciará y avisará al arrendador cuanto antes, entregándole copia de la denuncia.</w:t>
      </w:r>
    </w:p>
    <w:p>
      <w:r>
        <w:rPr>
          <w:b w:val="0"/>
        </w:rPr>
        <w:t>Los daños y la pérdida de la bicicleta o de sus accesorios se cobran según la tarifa vigente, que el arrendatario declara conocer. Importe en caso de pérdida o robo sin la llave del candado: ________________________ €.</w:t>
      </w:r>
    </w:p>
    <w:p>
      <w:r>
        <w:rPr>
          <w:b/>
        </w:rPr>
        <w:t>8. Bicicletas eléctricas</w:t>
      </w:r>
    </w:p>
    <w:p>
      <w:r>
        <w:rPr>
          <w:b w:val="0"/>
        </w:rPr>
        <w:t>La batería y, en su caso, el cargador se entregan con la bicicleta y se devuelven con ella. La autonomía depende del uso, del terreno y del peso, y el arrendador no garantiza una distancia concreta.</w:t>
      </w:r>
    </w:p>
    <w:p>
      <w:r>
        <w:rPr>
          <w:b/>
        </w:rPr>
        <w:t>9. Menores de edad</w:t>
      </w:r>
    </w:p>
    <w:p>
      <w:r>
        <w:rPr>
          <w:b w:val="0"/>
        </w:rPr>
        <w:t>Si el usuario es menor de edad, firma este contrato su madre, padre o tutor: ________________________, con DNI ________________________, que responde de sus obligaciones.</w:t>
      </w:r>
    </w:p>
    <w:p>
      <w:r>
        <w:rPr>
          <w:b/>
        </w:rPr>
        <w:t>10. Protección de datos</w:t>
      </w:r>
    </w:p>
    <w:p>
      <w:r>
        <w:rPr>
          <w:b w:val="0"/>
        </w:rPr>
        <w:t>Responsable: ________________________. Los datos del arrendatario se usan para gestionar el alquiler y la fianza y para cumplir las obligaciones legales, y se guardan mientras dure la relación y los plazos legales después. No se ceden a terceros salvo obligación legal. Se pueden ejercer los derechos de acceso, rectificación, supresión, oposición, limitación y portabilidad en ________________________, y reclamar ante la Agencia Española de Protección de Datos.</w:t>
      </w:r>
    </w:p>
    <w:p>
      <w:r>
        <w:rPr>
          <w:b w:val="0"/>
        </w:rPr>
      </w:r>
    </w:p>
    <w:p>
      <w:r>
        <w:rPr>
          <w:b w:val="0"/>
        </w:rPr>
        <w:t>Y para que conste, las partes firman este contrato por duplicado.</w:t>
      </w:r>
    </w:p>
    <w:tbl>
      <w:tblPr>
        <w:tblW w:type="auto" w:w="0"/>
        <w:tblLook w:firstColumn="1" w:firstRow="1" w:lastColumn="0" w:lastRow="0" w:noHBand="0" w:noVBand="1" w:val="04A0"/>
      </w:tblPr>
      <w:tblGrid>
        <w:gridCol w:w="4320"/>
        <w:gridCol w:w="4320"/>
      </w:tblGrid>
      <w:tr>
        <w:tc>
          <w:tcPr>
            <w:tcW w:type="dxa" w:w="4320"/>
          </w:tcPr>
          <w:p>
            <w:r>
              <w:t>El arrendador</w:t>
            </w:r>
          </w:p>
        </w:tc>
        <w:tc>
          <w:tcPr>
            <w:tcW w:type="dxa" w:w="4320"/>
          </w:tcPr>
          <w:p>
            <w:r>
              <w:t>El arrendatario</w:t>
            </w:r>
          </w:p>
        </w:tc>
      </w:tr>
      <w:tr>
        <w:tc>
          <w:tcPr>
            <w:tcW w:type="dxa" w:w="4320"/>
          </w:tcPr>
          <w:p>
            <w:r>
              <w:br/>
              <w:br/>
              <w:br/>
              <w:t>Fdo.: ________________________</w:t>
            </w:r>
          </w:p>
        </w:tc>
        <w:tc>
          <w:tcPr>
            <w:tcW w:type="dxa" w:w="4320"/>
          </w:tcPr>
          <w:p>
            <w:r>
              <w:br/>
              <w:br/>
              <w:br/>
              <w:t>Fdo.: ________________________</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alquiler de bicicleta (modelo)</dc:title>
  <dc:subject/>
  <dc:creator>GestorTPV</dc:creator>
  <cp:keywords/>
  <dc:description>generated by python-docx</dc:description>
  <cp:lastModifiedBy/>
  <cp:revision>1</cp:revision>
  <dcterms:created xsi:type="dcterms:W3CDTF">2013-12-23T23:15:00Z</dcterms:created>
  <dcterms:modified xsi:type="dcterms:W3CDTF">2013-12-23T23:15:00Z</dcterms:modified>
  <cp:category/>
</cp:coreProperties>
</file>